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الحواري في نظرية 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علي زيغد/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نظرية النحو الوظيفي/ الخطاب الحجاجي/ النقلة/ الروابط الحجاجية/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