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الصعاليك الجاهليين : في الدراسات الادبية والنقدية القديمة والحديثة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بشار سعدي اسماعيل/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9789957025212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الشعراء العرب/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