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شعر بدر شاكر السياب : مجموع أنشودة المطر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غانم صالح الحمداني/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9789957025663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التناص الأسطوري/ التناص الديني/ التناص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