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انفتاحات النص الشعري : اشكالية التحويل .. فضاء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