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الاشتغال الجمالي للمعنى الاخلاقي : دراسة في شعرية المدائح النبوية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الفتاح شهيد/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9789957328344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الجمال/ الآداب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