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اداء الممثل في العرض المسرحي المونودرامي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الحصناوي/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العرض المسرحي/ الأداءات المسرحية/ مهارات الإتصال/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