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تخوم التسمية و الاصطلاح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المصطلحات/ التسمية/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