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اوراق لسانية ونقدية معاصرة : بحوث ومتابعات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9789957024659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النص/ الخطاب الروائي/ نظرية الأدب/ لسانيات النص/ التحليل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