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عيون المسائل والجوابات لابي القاسم البلخي - الكعبي 273 - 319ه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عبد الحميد سعيد كردي/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المعتزلة/ الفرق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