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والسيمياء والمعرفة : محاولات في ترجمة العلوم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