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التاويل العربي اواليات التاويل واوالاتة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 الإسلامية/ علم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