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المناظرة في الادب العربي : دراسة اسلوبية -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باشا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المناظرة/ الإتصال الجامعي/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