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نظرية الحجاج : تطبيق على نثر ابن زيدون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عزيز لدية/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عالم الكتب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137ص.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9789957708535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النقد الأدبي/ التحليل الأدبي/ النثر العربي/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