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 والقراءة والكتابة : شذرات فلسفية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الكتابة/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