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الاعلال في العربية : دراسة صرفية - صواتية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رفيق البوحسيني/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9789957709235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الإعلال/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