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 الحاسوبية والترجمة الالية : بعض الثوابت النظرية والاجرائية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بوعناني/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9789957709181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الحاسوب/ اللسانيات/ الترجمة/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