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النقدي والصناعة المعجمية : دراسة في المعاجم المصطلحية وأشكالاتها المنهجية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المعجم/ المصطلحات/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