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المراة في روايات نجيب محفوظ الواقعية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سناء طاهر الجمالي/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المكان/ الشخصية/ الزمان/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