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الخطاب الروائي: من انسجام الملفوظ الى انسجام التلفظ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حياة مختار ام السعد/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789957743642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لسانيات النص/ تحليل الخطاب/ الإنسجام/ علم النص/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