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وفن الفلم : بنية الخطاب النقدي الدرامي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مشذوب/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الأفلام/ وسائل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