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اللغوي والهواياتي في المجتمعات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حمادوش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المغرب/ 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