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الي سوسيولوجية الادب والرواية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الرحمن بوعلي/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9789957563493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الرواية/ سوسيولوجية الأدب/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