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علم العلل النحوية في اللسانيات العربية عند أبي الحسن محمد بن عبد الله الوراق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أحمد بوجمعة بناني/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الأيام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9789957950422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النحو/ اللسانيات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