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الاضافة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احمد بن احمد الشراعي/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الشعر العربي/ العصر الحديث/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