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شخصية المراة في التراث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احمد يحي علي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9789957743888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المرأة/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