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تدريس اللغة العربية للناطقين بغيرها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داود عبده/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9789957383046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أساليب التدريس/ طرق التعلم/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