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البيان والدلالة في النسقين , البلاغي والاصولي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أسامة عبد العزيز جاب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فقه اللغة/ الدلالة/ البيان/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