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النقدي المغامر في المغامرة الجمالية للنص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نقد النقد/ المغامرة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