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التداولية واثرها في الدراسات النحوية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فهد صالح شاهين/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النظرية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