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الاخطاء : مقاربة لسانية تطبيقية لتعلم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المصطفى 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9789957743963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الأخطاء/ التعلم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