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في السيمياء والدلالة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صابر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9789957743703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الدلالة/ السيميائية/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