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البديع : رؤية معاصرة وتقسيم مقترح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كاظم حميدي/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9789957334475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علم البديع/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