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بم تحلم الذئاب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مغزيلي منى/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