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فاطمة بنت الرسول (ص) في رثاء والدها دراسة أسلوبية.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شتيوي سارة/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الرثاء/ شعر/ فاطمة بنت الرسول/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