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مبادئ الاقتصاد القياسي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نعمة عبد الله نجيب ابراهيم/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الانحدار الخطي/ الارتباط/ الاقتصاد القياسي/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