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Biologie cellulaire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Y. Bassaglia/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3.éd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Maloine/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9782224032555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