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Découvrir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Allègre/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9782253176671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