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Murray R. Spiegel/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théorie des probabilités,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9782100065158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enseignement supérieur/ théorie des probabilités/ statistique (mathématiques/ </w:t>
            </w:r>
          </w:p>
        </w:tc>
      </w:tr>
    </w:tbl>
    <w:p>
      <w:pPr>
        <w:pStyle w:val="Heading3"/>
      </w:pPr>
      <w:r>
        <w:t>ملخص</w:t>
      </w:r>
    </w:p>
    <w:p>
      <w:r>
        <w:t>Présente sous une forme concise et conviviale les connaissances de base à connaître en matière de statistique pour réussir son examen.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