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mathématique et statistique des processus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Denis Bosq/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processus stochastique, statistique (mathématiques)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9782746238084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statistique (mathématiques/ processus stochastique/ </w:t>
            </w:r>
          </w:p>
        </w:tc>
      </w:tr>
    </w:tbl>
    <w:p>
      <w:pPr>
        <w:pStyle w:val="Heading3"/>
      </w:pPr>
      <w:r>
        <w:t>ملخص</w:t>
      </w:r>
    </w:p>
    <w:p>
      <w:r>
        <w:t>Une étude en trois parties de la statistique des processus : la statistique mathématique basée sur la théorie de la décision et le point de vue asymptomatique, la statistique des processus à temps discret (processus ARMA) et à temps continu (processus de Poisson, processus de diffusion) et des compléments de probabilités.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