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 1 : student's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Gareth Knight/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9780521755375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