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 : elementry to pre-intermediate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