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personal study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