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English 365 : student's book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Bob Dignen/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Cambridge University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28*22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9780521753623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