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cond language classroo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raig Chau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4596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