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sing surveys in language progra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mes Dean Brow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79656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