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Research genres : explorations and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John.M Swales/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9780521533348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