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Genre analysis : english in academic and research settings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John.M Swales/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9780521338134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