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النشاطات العلمية لمخبر حوار الحضارات والعولمة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المجيد عمراني/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قانة للنشر والتجليد/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9789947910474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العولمة/ السيادة/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