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Bulletin des assurances : editorial l'effort à faire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Benbouabdellah Abdel Hakim/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Conseil National Des Assurances/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0700631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