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Revue de l'assurance : contribution des assurances à l'économie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Benbouabdellah Abdel Hakim/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Apec Communication/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22530096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économie/ L'assurance/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